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Проєкт «Моя спеціальність — неповторна»</w:t>
      </w:r>
    </w:p>
    <w:p>
      <w:pPr>
        <w:jc w:val="center"/>
      </w:pPr>
      <w:r>
        <w:rPr>
          <w:b/>
          <w:sz w:val="28"/>
        </w:rPr>
        <w:t>Розділ: Хореографія</w:t>
      </w:r>
    </w:p>
    <w:p>
      <w:r>
        <w:t>ПІБ: Голубчик Дарина Олегівна</w:t>
      </w:r>
    </w:p>
    <w:p>
      <w:r>
        <w:t>Група: ХОРб-1-26-4.0д</w:t>
      </w:r>
    </w:p>
    <w:p>
      <w:pPr>
        <w:pStyle w:val="Heading1"/>
      </w:pPr>
      <w:r>
        <w:t>Хореографія — мистецтво руху та емоцій</w:t>
      </w:r>
    </w:p>
    <w:p>
      <w:r>
        <w:t>Хореографія — це мистецтво, у якому людина передає думки, почуття та історії за допомогою рухів. Для мене танець — це не просто завчені комбінації, а можливість показати свій характер, настрій і ставлення до світу без слів.</w:t>
      </w:r>
    </w:p>
    <w:p>
      <w:r>
        <w:t>Я обрала хореографію, тому що хочу розвиватися в танцювальному мистецтві, краще розуміти рух та навчитися створювати власні постановки. Мені цікаво поєднувати техніку, музику й емоції, щоб кожен танець мав свій зміст.</w:t>
      </w:r>
    </w:p>
    <w:p>
      <w:r>
        <w:t>Особливо мене цікавить сучасна хореографія, адже вона дає багато можливостей для творчості та самовираження. Також я хочу більше дізнатися про український народний танець, його історію, характерні рухи й традиції. Я вважаю, що знайомство з різними танцювальними напрямами допомагає розвивати музикальність, координацію, витривалість і сценічну культуру.</w:t>
      </w:r>
    </w:p>
    <w:p>
      <w:r>
        <w:t>Хореографія потребує наполегливості, дисципліни й постійної праці над собою. Під час навчання я хочу вдосконалювати техніку, розвивати артистичність, вчитися працювати в команді та пробувати себе у створенні танцювальних номерів.</w:t>
      </w:r>
    </w:p>
    <w:p>
      <w:r>
        <w:t>У майбутньому я бачу себе не лише танцівницею, а й хореографинею та викладачкою. Мені хочеться створювати постановки, ділитися знаннями й допомагати іншим відкривати для себе танець. Саме можливість постійно вчитися, творити та передавати емоції робить хореографію особливою для мене.</w:t>
      </w:r>
    </w:p>
    <w:sectPr w:rsidR="00FC693F" w:rsidRPr="0006063C" w:rsidSect="00034616">
      <w:pgSz w:w="12240" w:h="15840"/>
      <w:pgMar w:top="1224" w:right="1440" w:bottom="122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